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הפכים (סולמות ונחשים)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במילים הפכות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להעשיר אוצר מילים דרך משחק סולמות ונחשים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מהירה על ניגודים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מצאו את ההפך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לאט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אור וחושך הן מילים עם משמעות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ישן וחדש הן מילים הפוכות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נמוך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להפך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(מלוכלך)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(קרוב)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מטילים את הקובייה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עונים על שאלה של מילה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אם עונים נכון - מתקדמים לפי מספר הקובייה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יש סולם - עולים למעלה, ואם יש נחש - יורדים למטה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למשל: גדול-קטן, מהר-לאט, חם-קר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עם זוג מילים הפוכות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שהמשחק משלב תשובה נכונה עם התקדמות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הסולמות ונחשים בכיתה אחרי מילוי הדף כתרגול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לחשוב על מילים הפכות נוספות מהיום-יום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ניתן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הפכים (סולמות ונחשים)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סולמות ונחשים עונים על שאלות של מילים הפכות - אם עונים נכון מתקדמים לפי הקובייה, ואם טועים נשארים במקום. בדף הזה נתרגל את אותן מילים הפכות כדי להצליח במשחק.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קצר  ·  נמוך  ·  קל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מצאו את ההפך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ההפך של המילה 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ההפך של המילה 'חם'?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ההפך של המילה 'מהר'?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נמוך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ההפך של 'אור' הוא 'חושך'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ההפך של 'ישן' הוא 'חדש'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ההפך של 'גבוה'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ההפך של 'ארוך'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ההפך של 'כבד'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להפך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קרוב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מלוכלך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נקי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רחוק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המשחק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עונים על שאלה של מילה הפוכה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יש סולם - עולים למעלה, ואם יש נחש - יורדים למטה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מטילים את הקובייה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עונים נכון - מתקדמים לפי מספר הקובייה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 מילים הפכות משלכם (לא מהדף) וההפך של כל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ההפך של 'גדול'?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הפוכה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הפכים (סולמות ונחשים)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