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הפכות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דרך משחק סולמות ונחשים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מהירה על ניגודים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הן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ישן וחדש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קל הוא כבד, לא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רטוב ויבש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של חזק הוא חלש, לא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(מלוכלך)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(ישן)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של 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עונים נכון - מתקדמים לפי מספר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סולם - עולים למעלה, ואם יש נחש - יורדים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שמגיעים ראשונים למשבצת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למשל: גדול-קטן, מהר-לאט, חם-קר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משמעות מילים, מרחיב אוצר מילים, עוזר בכתיבה ובדיבור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זוג מילים הפוכות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שהמשחק משלב תשובה נכונה עם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הסולמות ונחשים בכיתה אחרי מילוי הדף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לחשוב על מילים הפכות נוספות מהיום-יום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קובייה. עונים על שאלות של מילים הפוכות. אם התשובה נכונה - מתקדמים. בדף נתרגל מילים הפוכות.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הפוכה, למשל גדול-קטן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למעלה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למטה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מספרים שמטילים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שחקן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מנצח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שמגיע ראשון למטרה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מ'גדול'?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מ'מהר'?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מ'עשיר'?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הפוך מ'שמח'?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'אור' הוא 'חושך'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'ישן' הוא 'חדש'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'קל' הוא 'גבוה'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'רטוב' הוא 'יבש'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'חזק' הוא 'מהיר'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'גבוה'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'ארוך'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'כבד'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'חזק'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'יקר'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'מלא'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מלוכלך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שאלה של מילה הפוכה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עונים נכון - מתקדמים לפי מספר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שמגיעים ראשונים למשבצת 30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סולם - עולים למעלה, ואם יש נחש - יורדים למטה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הפכות משלכם (לא מהדף) וההפך של 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להכיר הפכים כשלומדים שפה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הפוכה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משחק סולמות ונחשים עוזר לתרגל מילים הפכות?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(סולמות ונחשים)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