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(סולמות ונחשים)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במילים הפכות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דרך משחק סולמות ונחשים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מהירה על ניגודים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אור וחושך הן מילים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ישן וחדש הן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של קל הוא כבד, לא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רטוב ויבש הן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ההפך של חזק הוא חלש, לא מהיר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(מלוכלך)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(ישן)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מטילים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שאלה של מילה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עונים נכון - מתקדמים לפי מספר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סולם - עולים למעלה, ואם יש נחש - יורדים 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עד שמגיעים ראשונים למשבצת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למשל: גדול-קטן, מהר-לאט, חם-קר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להבין משמעות מילים, מרחיב אוצר מילים, עוזר בכתיבה ובדיבור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זוג מילים הפוכות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שהמשחק משלב תשובה נכונה עם 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הסולמות ונחשים בכיתה אחרי מילוי הדף כתרגול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לחשוב על מילים הפכות נוספות מהיום-יום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(סולמות ונחשים)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סולמות ונחשים עונים על שאלות של מילים הפכות - אם עונים נכון מתקדמים לפי הקובייה, ואם טועים נשארים במקום. בדף הזה נתרגל את אותן מילים הפכות כדי להצליח במשחק.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המילה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המילה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המילה 'עשיר'?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המילה 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ההפך של המילה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'אור' הוא 'חושך'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'ישן' הוא 'חדש'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'קל' הוא 'גבוה'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'רטוב' הוא 'יבש'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'חזק' הוא 'מהיר'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'גבוה'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'ארוך'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'כבד'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'חזק'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'יקר'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'מלא'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מלוכלך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מטילים את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עונים נכון - מתקדמים לפי מספר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שאלה של מילה הפוכה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סולם - עולים למעלה, ואם יש נחש - יורדים למטה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שמגיעים ראשונים למשבצת 30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הפכות משלכם (לא מהדף) וההפך של 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להכיר הפכים כשלומדים שפה חדשה?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הפוכה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משחק סולמות ונחשים עוזר לתרגל מילים הפכות?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(סולמות ונחשים)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